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169C" w:rsidRDefault="00A508F3">
      <w:pPr>
        <w:jc w:val="center"/>
      </w:pPr>
      <w:bookmarkStart w:id="0" w:name="_GoBack"/>
      <w:bookmarkEnd w:id="0"/>
      <w:r>
        <w:rPr>
          <w:b/>
          <w:sz w:val="28"/>
        </w:rPr>
        <w:t>CERERE DE APROBARE PENTRU AMÂNAREA ETAPEI</w:t>
      </w:r>
      <w:r>
        <w:rPr>
          <w:b/>
          <w:sz w:val="28"/>
        </w:rPr>
        <w:br/>
        <w:t>ETAPA NR. 1 TABOR – FOND</w:t>
      </w:r>
    </w:p>
    <w:p w:rsidR="00DA169C" w:rsidRDefault="00A508F3">
      <w:r>
        <w:t>Către: Omologator Zonă</w:t>
      </w:r>
      <w:r>
        <w:br/>
      </w:r>
      <w:r>
        <w:br/>
        <w:t>Stimate Domnule Omologator,</w:t>
      </w:r>
      <w:r>
        <w:br/>
      </w:r>
      <w:r>
        <w:br/>
        <w:t xml:space="preserve">Prin prezenta, vă aducem la cunoștință că, având în vedere condițiile meteorologice nefavorabile prognozate pentru perioada </w:t>
      </w:r>
      <w:r>
        <w:t>desfășurării etapei nr. 1 Tabor – FOND, Filiala Arad a supus la vot online propunerea de amânare a etapei, în conformitate cu prevederile regulamentare.</w:t>
      </w:r>
      <w:r>
        <w:br/>
      </w:r>
      <w:r>
        <w:br/>
        <w:t xml:space="preserve">Conform art. 27 alin. (1) din Regulamentul Național Columbofil, amânarea etapelor de fond, maraton și </w:t>
      </w:r>
      <w:r>
        <w:t>extrem se poate realiza doar în caz excepțional, pentru situații meteo neprielnice, pe baza votului online al majorității membrilor (50% + 1) participanți la vot, decizia fiind comunicată responsabilului de zonă.</w:t>
      </w:r>
      <w:r>
        <w:br/>
      </w:r>
      <w:r>
        <w:br/>
        <w:t xml:space="preserve">La vot au participat crescătorii înscriși </w:t>
      </w:r>
      <w:r>
        <w:t>la etapa nr. 1 Tabor – FOND, etapă la care au fost anunțați 4.208 porumbei aparținând unui număr de 125 crescători.</w:t>
      </w:r>
      <w:r>
        <w:br/>
      </w:r>
      <w:r>
        <w:br/>
        <w:t>Rezultatul votului a fost următorul:</w:t>
      </w:r>
      <w:r>
        <w:br/>
        <w:t>• DA – 55 voturi</w:t>
      </w:r>
      <w:r>
        <w:br/>
        <w:t>• NU – 8 voturi</w:t>
      </w:r>
      <w:r>
        <w:br/>
      </w:r>
      <w:r>
        <w:br/>
        <w:t>Având în vedere că majoritatea membrilor participanți la vot s-au pr</w:t>
      </w:r>
      <w:r>
        <w:t>onunțat în favoarea propunerii, rezultă îndeplinirea condiției prevăzute de art. 27 alin. (1), fiind aprobată amânarea etapei nr. 1 Tabor – FOND, din motive exclusiv meteorologice.</w:t>
      </w:r>
      <w:r>
        <w:br/>
      </w:r>
      <w:r>
        <w:br/>
        <w:t xml:space="preserve">Menționăm că această măsură este necesară pentru desfășurarea concursului </w:t>
      </w:r>
      <w:r>
        <w:t>în condiții de siguranță pentru porumbei și pentru asigurarea unor condiții de concurs cât mai echitabile pentru toți participanții.</w:t>
      </w:r>
      <w:r>
        <w:br/>
      </w:r>
      <w:r>
        <w:br/>
        <w:t>Prin urmare, vă rugăm să luați act de rezultatul votului și să aprobați amânarea etapei nr. 1 Tabor – FOND, conform opțiun</w:t>
      </w:r>
      <w:r>
        <w:t>ii exprimate de majoritatea participanților.</w:t>
      </w:r>
      <w:r>
        <w:br/>
      </w:r>
      <w:r>
        <w:br/>
        <w:t>Cu stimă,</w:t>
      </w:r>
      <w:r>
        <w:br/>
      </w:r>
      <w:r>
        <w:br/>
        <w:t>Consiliul Director al Filialei Columbofile Arad</w:t>
      </w:r>
      <w:r>
        <w:br/>
      </w:r>
      <w:r>
        <w:br/>
        <w:t>Președinte,</w:t>
      </w:r>
      <w:r>
        <w:br/>
        <w:t>Marta Daniel</w:t>
      </w:r>
      <w:r>
        <w:br/>
      </w:r>
    </w:p>
    <w:sectPr w:rsidR="00DA169C" w:rsidSect="00034616">
      <w:headerReference w:type="default" r:id="rId8"/>
      <w:pgSz w:w="12240" w:h="15840"/>
      <w:pgMar w:top="1134" w:right="1134" w:bottom="1134" w:left="1134" w:header="720" w:footer="720" w:gutter="0"/>
      <w:pgBorders w:offsetFrom="page">
        <w:top w:val="single" w:sz="12" w:space="24" w:color="000000"/>
        <w:left w:val="single" w:sz="12" w:space="24" w:color="000000"/>
        <w:bottom w:val="single" w:sz="12" w:space="24" w:color="000000"/>
        <w:right w:val="single" w:sz="12" w:space="24" w:color="000000"/>
      </w:pgBorders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508F3" w:rsidRDefault="00A508F3">
      <w:pPr>
        <w:spacing w:after="0" w:line="240" w:lineRule="auto"/>
      </w:pPr>
      <w:r>
        <w:separator/>
      </w:r>
    </w:p>
  </w:endnote>
  <w:endnote w:type="continuationSeparator" w:id="0">
    <w:p w:rsidR="00A508F3" w:rsidRDefault="00A508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508F3" w:rsidRDefault="00A508F3">
      <w:pPr>
        <w:spacing w:after="0" w:line="240" w:lineRule="auto"/>
      </w:pPr>
      <w:r>
        <w:separator/>
      </w:r>
    </w:p>
  </w:footnote>
  <w:footnote w:type="continuationSeparator" w:id="0">
    <w:p w:rsidR="00A508F3" w:rsidRDefault="00A508F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169C" w:rsidRDefault="00A508F3">
    <w:pPr>
      <w:pStyle w:val="Header"/>
      <w:jc w:val="center"/>
    </w:pPr>
    <w:r>
      <w:rPr>
        <w:b/>
        <w:sz w:val="28"/>
      </w:rPr>
      <w:t>FILIALA COLUMBOFILĂ ARAD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508F3"/>
    <w:rsid w:val="00AA1D8D"/>
    <w:rsid w:val="00B47730"/>
    <w:rsid w:val="00CB0664"/>
    <w:rsid w:val="00DA169C"/>
    <w:rsid w:val="00F12A07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300"/>
  <w15:docId w15:val="{D6223722-CC09-479C-9A57-E5B26F1E62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F62412BA-7216-4BF5-9586-A450C03C6B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243</Words>
  <Characters>1413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1653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Marta</cp:lastModifiedBy>
  <cp:revision>2</cp:revision>
  <dcterms:created xsi:type="dcterms:W3CDTF">2026-06-11T15:01:00Z</dcterms:created>
  <dcterms:modified xsi:type="dcterms:W3CDTF">2026-06-11T15:01:00Z</dcterms:modified>
  <cp:category/>
</cp:coreProperties>
</file>